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66D" w:rsidRDefault="00FC766D">
      <w:pPr>
        <w:autoSpaceDE w:val="0"/>
        <w:autoSpaceDN w:val="0"/>
        <w:spacing w:after="0" w:line="54" w:lineRule="exact"/>
      </w:pPr>
    </w:p>
    <w:p w:rsidR="00FC766D" w:rsidRPr="00E4441B" w:rsidRDefault="00344A6D">
      <w:pPr>
        <w:autoSpaceDE w:val="0"/>
        <w:autoSpaceDN w:val="0"/>
        <w:spacing w:before="614" w:after="490" w:line="245" w:lineRule="auto"/>
        <w:ind w:left="2160" w:right="2160"/>
        <w:jc w:val="center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Ogłoszenie o zamówieniu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Usługi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>Zakup, wdrożenie i konfiguracja Cyfrowej Platformy e-Usług Mieszkańca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6" w:after="0" w:line="235" w:lineRule="auto"/>
              <w:ind w:left="84"/>
            </w:pP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t>SEKCJA I - ZAMAWIAJĄCY</w:t>
            </w:r>
          </w:p>
        </w:tc>
      </w:tr>
    </w:tbl>
    <w:p w:rsidR="00FC766D" w:rsidRDefault="00344A6D">
      <w:pPr>
        <w:autoSpaceDE w:val="0"/>
        <w:autoSpaceDN w:val="0"/>
        <w:spacing w:before="246" w:after="0" w:line="233" w:lineRule="auto"/>
      </w:pPr>
      <w:r>
        <w:rPr>
          <w:rFonts w:ascii="Arial" w:eastAsia="Arial" w:hAnsi="Arial"/>
          <w:b/>
          <w:color w:val="000000"/>
          <w:sz w:val="18"/>
        </w:rPr>
        <w:t>1.1.) Rola zamawiającego</w:t>
      </w:r>
    </w:p>
    <w:p w:rsidR="00FC766D" w:rsidRDefault="00344A6D">
      <w:pPr>
        <w:autoSpaceDE w:val="0"/>
        <w:autoSpaceDN w:val="0"/>
        <w:spacing w:before="208" w:after="166" w:line="420" w:lineRule="auto"/>
        <w:ind w:right="1008"/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Postępowanie prowadzone jest samodzielnie przez zamawiającego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1.2.) Nazwa zamawiającego: 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GMINA </w:t>
      </w:r>
      <w:r w:rsidR="00E4441B">
        <w:rPr>
          <w:rFonts w:ascii="Arial" w:eastAsia="Arial" w:hAnsi="Arial"/>
          <w:color w:val="000000"/>
          <w:sz w:val="18"/>
          <w:lang w:val="pl-PL"/>
        </w:rPr>
        <w:t>ZŁOTA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1.4) Krajowy Numer Identyfikacyjny: 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REGON </w:t>
      </w:r>
      <w:r w:rsidR="00E4441B" w:rsidRPr="00E4441B">
        <w:rPr>
          <w:rFonts w:ascii="Cambria" w:hAnsi="Cambria"/>
          <w:sz w:val="20"/>
          <w:szCs w:val="20"/>
          <w:lang w:val="pl-PL"/>
        </w:rPr>
        <w:t>291010872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1.5) Adres zamawiającego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1.5.1.) Ulica: 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ul. </w:t>
      </w:r>
      <w:r w:rsidR="00E4441B">
        <w:rPr>
          <w:rFonts w:ascii="Arial" w:eastAsia="Arial" w:hAnsi="Arial"/>
          <w:color w:val="000000"/>
          <w:sz w:val="18"/>
          <w:lang w:val="pl-PL"/>
        </w:rPr>
        <w:t>Sienkiewicza 79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1.5.2.) Miejscowość: </w:t>
      </w:r>
      <w:r w:rsidR="00E4441B">
        <w:rPr>
          <w:rFonts w:ascii="Arial" w:eastAsia="Arial" w:hAnsi="Arial"/>
          <w:color w:val="000000"/>
          <w:sz w:val="18"/>
          <w:lang w:val="pl-PL"/>
        </w:rPr>
        <w:t>Złota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1.5.3.) Kod pocztowy: </w:t>
      </w:r>
      <w:r w:rsidR="00E4441B">
        <w:rPr>
          <w:rFonts w:ascii="Arial" w:eastAsia="Arial" w:hAnsi="Arial"/>
          <w:color w:val="000000"/>
          <w:sz w:val="18"/>
          <w:lang w:val="pl-PL"/>
        </w:rPr>
        <w:t>28-425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1.5.4.) Województwo: 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świętokrzyskie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1.5.5.) Kraj: 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Polska </w:t>
      </w:r>
      <w:r w:rsidRPr="00E4441B">
        <w:rPr>
          <w:lang w:val="pl-PL"/>
        </w:rPr>
        <w:br/>
      </w:r>
      <w:r w:rsidR="00D078CB">
        <w:rPr>
          <w:rFonts w:ascii="Arial" w:eastAsia="Arial" w:hAnsi="Arial"/>
          <w:b/>
          <w:color w:val="000000"/>
          <w:sz w:val="18"/>
          <w:lang w:val="pl-PL"/>
        </w:rPr>
        <w:t>1.5.6</w:t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Adres poczty elektronicznej: </w:t>
      </w:r>
      <w:r w:rsidR="00E4441B">
        <w:rPr>
          <w:rFonts w:ascii="Arial" w:eastAsia="Arial" w:hAnsi="Arial"/>
          <w:color w:val="000000"/>
          <w:sz w:val="18"/>
          <w:lang w:val="pl-PL"/>
        </w:rPr>
        <w:t>ug</w:t>
      </w:r>
      <w:r w:rsidRPr="00E4441B">
        <w:rPr>
          <w:rFonts w:ascii="Arial" w:eastAsia="Arial" w:hAnsi="Arial"/>
          <w:color w:val="000000"/>
          <w:sz w:val="18"/>
          <w:lang w:val="pl-PL"/>
        </w:rPr>
        <w:t>@</w:t>
      </w:r>
      <w:r w:rsidR="00E4441B">
        <w:rPr>
          <w:rFonts w:ascii="Arial" w:eastAsia="Arial" w:hAnsi="Arial"/>
          <w:color w:val="000000"/>
          <w:sz w:val="18"/>
          <w:lang w:val="pl-PL"/>
        </w:rPr>
        <w:t>gminazlota.pl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E4441B">
        <w:rPr>
          <w:lang w:val="pl-PL"/>
        </w:rPr>
        <w:br/>
      </w:r>
      <w:r w:rsidR="00D078CB">
        <w:rPr>
          <w:rFonts w:ascii="Arial" w:eastAsia="Arial" w:hAnsi="Arial"/>
          <w:b/>
          <w:color w:val="000000"/>
          <w:sz w:val="18"/>
          <w:lang w:val="pl-PL"/>
        </w:rPr>
        <w:t>1.5.7</w:t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Adres strony internetowej zamawiającego: </w:t>
      </w:r>
      <w:r w:rsidRPr="00E4441B">
        <w:rPr>
          <w:rFonts w:ascii="Arial" w:eastAsia="Arial" w:hAnsi="Arial"/>
          <w:color w:val="000000"/>
          <w:sz w:val="18"/>
          <w:lang w:val="pl-PL"/>
        </w:rPr>
        <w:t>http://www.</w:t>
      </w:r>
      <w:r w:rsidR="00E4441B">
        <w:rPr>
          <w:rFonts w:ascii="Arial" w:eastAsia="Arial" w:hAnsi="Arial"/>
          <w:color w:val="000000"/>
          <w:sz w:val="18"/>
          <w:lang w:val="pl-PL"/>
        </w:rPr>
        <w:t>bip.gminazlota.pl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1.6.) Rodzaj zamawiającego: 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Zamawiający publiczny - jednostka sektora finansów publicznych - jednostka samorządu terytorialnego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1.7.) </w:t>
      </w:r>
      <w:proofErr w:type="spellStart"/>
      <w:r>
        <w:rPr>
          <w:rFonts w:ascii="Arial" w:eastAsia="Arial" w:hAnsi="Arial"/>
          <w:b/>
          <w:color w:val="000000"/>
          <w:sz w:val="18"/>
        </w:rPr>
        <w:t>Przedmiot</w:t>
      </w:r>
      <w:proofErr w:type="spellEnd"/>
      <w:r>
        <w:rPr>
          <w:rFonts w:ascii="Arial" w:eastAsia="Arial" w:hAnsi="Arial"/>
          <w:b/>
          <w:color w:val="000000"/>
          <w:sz w:val="18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8"/>
        </w:rPr>
        <w:t>działalności</w:t>
      </w:r>
      <w:proofErr w:type="spellEnd"/>
      <w:r>
        <w:rPr>
          <w:rFonts w:ascii="Arial" w:eastAsia="Arial" w:hAnsi="Arial"/>
          <w:b/>
          <w:color w:val="000000"/>
          <w:sz w:val="18"/>
        </w:rPr>
        <w:t xml:space="preserve"> </w:t>
      </w:r>
      <w:proofErr w:type="spellStart"/>
      <w:r>
        <w:rPr>
          <w:rFonts w:ascii="Arial" w:eastAsia="Arial" w:hAnsi="Arial"/>
          <w:b/>
          <w:color w:val="000000"/>
          <w:sz w:val="18"/>
        </w:rPr>
        <w:t>zamawiającego</w:t>
      </w:r>
      <w:proofErr w:type="spellEnd"/>
      <w:r>
        <w:rPr>
          <w:rFonts w:ascii="Arial" w:eastAsia="Arial" w:hAnsi="Arial"/>
          <w:b/>
          <w:color w:val="000000"/>
          <w:sz w:val="18"/>
        </w:rPr>
        <w:t xml:space="preserve">: </w:t>
      </w:r>
      <w:proofErr w:type="spellStart"/>
      <w:r>
        <w:rPr>
          <w:rFonts w:ascii="Arial" w:eastAsia="Arial" w:hAnsi="Arial"/>
          <w:color w:val="000000"/>
          <w:sz w:val="18"/>
        </w:rPr>
        <w:t>Ogólne</w:t>
      </w:r>
      <w:proofErr w:type="spellEnd"/>
      <w:r>
        <w:rPr>
          <w:rFonts w:ascii="Arial" w:eastAsia="Arial" w:hAnsi="Arial"/>
          <w:color w:val="000000"/>
          <w:sz w:val="18"/>
        </w:rPr>
        <w:t xml:space="preserve"> usługi publiczne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6" w:after="0" w:line="235" w:lineRule="auto"/>
              <w:ind w:left="84"/>
            </w:pP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t>SEKCJA II – INFORMACJE PODSTAWOWE</w:t>
            </w:r>
          </w:p>
        </w:tc>
      </w:tr>
    </w:tbl>
    <w:p w:rsidR="00FC766D" w:rsidRDefault="00344A6D">
      <w:pPr>
        <w:autoSpaceDE w:val="0"/>
        <w:autoSpaceDN w:val="0"/>
        <w:spacing w:before="246" w:after="0" w:line="233" w:lineRule="auto"/>
      </w:pPr>
      <w:r>
        <w:rPr>
          <w:rFonts w:ascii="Arial" w:eastAsia="Arial" w:hAnsi="Arial"/>
          <w:b/>
          <w:color w:val="000000"/>
          <w:sz w:val="18"/>
        </w:rPr>
        <w:t>2.1.) Ogłoszenie dotyczy:</w:t>
      </w:r>
    </w:p>
    <w:p w:rsidR="00FC766D" w:rsidRPr="00E4441B" w:rsidRDefault="00344A6D">
      <w:pPr>
        <w:autoSpaceDE w:val="0"/>
        <w:autoSpaceDN w:val="0"/>
        <w:spacing w:before="208" w:after="0" w:line="372" w:lineRule="auto"/>
        <w:ind w:right="3888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Zamówienia publicznego </w:t>
      </w:r>
      <w:r w:rsidRPr="00E4441B">
        <w:rPr>
          <w:lang w:val="pl-PL"/>
        </w:rPr>
        <w:br/>
      </w:r>
      <w:r w:rsidR="00D078CB">
        <w:rPr>
          <w:rFonts w:ascii="Arial" w:eastAsia="Arial" w:hAnsi="Arial"/>
          <w:b/>
          <w:color w:val="000000"/>
          <w:sz w:val="18"/>
          <w:lang w:val="pl-PL"/>
        </w:rPr>
        <w:t>2.2</w:t>
      </w:r>
      <w:r w:rsidRPr="00E4441B">
        <w:rPr>
          <w:rFonts w:ascii="Arial" w:eastAsia="Arial" w:hAnsi="Arial"/>
          <w:b/>
          <w:color w:val="000000"/>
          <w:sz w:val="18"/>
          <w:lang w:val="pl-PL"/>
        </w:rPr>
        <w:t>.) Nazwa zamówienia albo umowy ramowej:</w:t>
      </w:r>
    </w:p>
    <w:p w:rsidR="00D078CB" w:rsidRDefault="00344A6D" w:rsidP="00D078CB">
      <w:pPr>
        <w:autoSpaceDE w:val="0"/>
        <w:autoSpaceDN w:val="0"/>
        <w:spacing w:before="208" w:after="0" w:line="418" w:lineRule="auto"/>
        <w:ind w:right="3312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Zakup, wdrożenie i konfiguracja Cyfrowej Platformy e-Usług Mieszkańca </w:t>
      </w:r>
    </w:p>
    <w:p w:rsidR="00FC766D" w:rsidRPr="00E4441B" w:rsidRDefault="00D078CB" w:rsidP="00BC751F">
      <w:pPr>
        <w:autoSpaceDE w:val="0"/>
        <w:autoSpaceDN w:val="0"/>
        <w:spacing w:before="208" w:after="0" w:line="418" w:lineRule="auto"/>
        <w:ind w:right="-48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2.3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>.) Nazwa projektu lub programu</w:t>
      </w:r>
      <w:r w:rsidR="00BC751F">
        <w:rPr>
          <w:lang w:val="pl-PL"/>
        </w:rPr>
        <w:br/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>Program Operacyjny Polska Cyfrowa na lata 2014-</w:t>
      </w:r>
      <w:r w:rsidR="00BC751F">
        <w:rPr>
          <w:rFonts w:ascii="Arial" w:eastAsia="Arial" w:hAnsi="Arial"/>
          <w:color w:val="000000"/>
          <w:w w:val="101"/>
          <w:sz w:val="19"/>
          <w:lang w:val="pl-PL"/>
        </w:rPr>
        <w:t xml:space="preserve">2020 Osi Priorytetowej V Rozwój </w:t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>cyfrow</w:t>
      </w:r>
      <w:r w:rsidR="00BC751F">
        <w:rPr>
          <w:rFonts w:ascii="Arial" w:eastAsia="Arial" w:hAnsi="Arial"/>
          <w:color w:val="000000"/>
          <w:w w:val="101"/>
          <w:sz w:val="19"/>
          <w:lang w:val="pl-PL"/>
        </w:rPr>
        <w:t>y JST oraz wzmocnienie cyfrowej</w:t>
      </w:r>
      <w:r w:rsidR="00BC751F">
        <w:rPr>
          <w:rFonts w:ascii="Arial" w:eastAsia="Arial" w:hAnsi="Arial"/>
          <w:color w:val="000000"/>
          <w:w w:val="101"/>
          <w:sz w:val="19"/>
          <w:lang w:val="pl-PL"/>
        </w:rPr>
        <w:br/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>odporności na zagrożenia REACT-EU działania 5.1 Rozwój cyfrowy JST oraz wzm</w:t>
      </w:r>
      <w:r w:rsidR="00BC751F">
        <w:rPr>
          <w:rFonts w:ascii="Arial" w:eastAsia="Arial" w:hAnsi="Arial"/>
          <w:color w:val="000000"/>
          <w:w w:val="101"/>
          <w:sz w:val="19"/>
          <w:lang w:val="pl-PL"/>
        </w:rPr>
        <w:t xml:space="preserve">ocnienie cyfrowej odporności na </w:t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>zagrożenia dotycząca realizacji projektu grantowego „Cyfrowa Gmina”</w:t>
      </w:r>
    </w:p>
    <w:p w:rsidR="00FC766D" w:rsidRPr="00E4441B" w:rsidRDefault="00D078CB">
      <w:pPr>
        <w:autoSpaceDE w:val="0"/>
        <w:autoSpaceDN w:val="0"/>
        <w:spacing w:before="182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2.4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>.) Tryb udzielenia zamówienia wraz z podstawą prawną</w:t>
      </w:r>
    </w:p>
    <w:p w:rsidR="00FC766D" w:rsidRPr="00E4441B" w:rsidRDefault="00D078CB">
      <w:pPr>
        <w:autoSpaceDE w:val="0"/>
        <w:autoSpaceDN w:val="0"/>
        <w:spacing w:before="208" w:after="162" w:line="235" w:lineRule="auto"/>
        <w:rPr>
          <w:lang w:val="pl-PL"/>
        </w:rPr>
      </w:pPr>
      <w:r>
        <w:rPr>
          <w:rFonts w:ascii="Arial" w:eastAsia="Arial" w:hAnsi="Arial"/>
          <w:color w:val="000000"/>
          <w:w w:val="101"/>
          <w:sz w:val="19"/>
          <w:lang w:val="pl-PL"/>
        </w:rPr>
        <w:t>Regulamin udzielania zamówień publicznych w gminie Złota.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 w:rsidRPr="00466E22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Pr="00E4441B" w:rsidRDefault="00344A6D">
            <w:pPr>
              <w:autoSpaceDE w:val="0"/>
              <w:autoSpaceDN w:val="0"/>
              <w:spacing w:before="6" w:after="0" w:line="235" w:lineRule="auto"/>
              <w:ind w:left="84"/>
              <w:rPr>
                <w:lang w:val="pl-PL"/>
              </w:rPr>
            </w:pPr>
            <w:r w:rsidRPr="00E4441B">
              <w:rPr>
                <w:rFonts w:ascii="Arial" w:eastAsia="Arial" w:hAnsi="Arial"/>
                <w:b/>
                <w:color w:val="000000"/>
                <w:w w:val="101"/>
                <w:sz w:val="19"/>
                <w:lang w:val="pl-PL"/>
              </w:rPr>
              <w:t>SEKCJA III – UDOSTĘPNIANIE DOKUMENTÓW ZAMÓWIENIA I KOMUNIKACJA</w:t>
            </w:r>
          </w:p>
        </w:tc>
      </w:tr>
    </w:tbl>
    <w:p w:rsidR="00FC766D" w:rsidRPr="00E4441B" w:rsidRDefault="00E2140A">
      <w:pPr>
        <w:autoSpaceDE w:val="0"/>
        <w:autoSpaceDN w:val="0"/>
        <w:spacing w:before="184" w:after="166" w:line="233" w:lineRule="auto"/>
        <w:rPr>
          <w:lang w:val="pl-PL"/>
        </w:rPr>
      </w:pPr>
      <w:r w:rsidRPr="00E2140A">
        <w:rPr>
          <w:rFonts w:ascii="Arial" w:hAnsi="Arial" w:cs="Arial"/>
          <w:b/>
          <w:sz w:val="18"/>
          <w:szCs w:val="18"/>
          <w:lang w:val="pl-PL"/>
        </w:rPr>
        <w:t>3.)</w:t>
      </w:r>
      <w:r w:rsidRPr="00E2140A">
        <w:rPr>
          <w:sz w:val="20"/>
          <w:lang w:val="pl-PL"/>
        </w:rPr>
        <w:t xml:space="preserve"> </w:t>
      </w:r>
      <w:r>
        <w:rPr>
          <w:rFonts w:ascii="Arial" w:hAnsi="Arial" w:cs="Arial"/>
          <w:sz w:val="18"/>
          <w:szCs w:val="18"/>
          <w:lang w:val="pl-PL"/>
        </w:rPr>
        <w:t>P</w:t>
      </w:r>
      <w:r w:rsidRPr="00E2140A">
        <w:rPr>
          <w:rFonts w:ascii="Arial" w:hAnsi="Arial" w:cs="Arial"/>
          <w:sz w:val="18"/>
          <w:szCs w:val="18"/>
          <w:lang w:val="pl-PL"/>
        </w:rPr>
        <w:t>isemnie lub e-mailem;  ug@gminazlota.pl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2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6" w:after="0" w:line="233" w:lineRule="auto"/>
              <w:ind w:left="84"/>
            </w:pP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lastRenderedPageBreak/>
              <w:t>SEKCJA IV – PRZEDMIOT ZAMÓWIENIA</w:t>
            </w:r>
          </w:p>
        </w:tc>
      </w:tr>
    </w:tbl>
    <w:p w:rsidR="00FC766D" w:rsidRPr="00E4441B" w:rsidRDefault="00E2140A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Rodzaj zamówienia: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Usługi</w:t>
      </w:r>
    </w:p>
    <w:p w:rsidR="00FC766D" w:rsidRPr="00E4441B" w:rsidRDefault="00E2140A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4.1.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) Zamawiający udziela zamówienia w częściach, z których każda stanowi przedmiot odrębnego postępowania: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E2140A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4.2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Możliwe jest składanie ofert częściowych: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E2140A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>. Informacje szczegółowe odnoszące się do przedmiotu zamówienia:</w:t>
      </w:r>
    </w:p>
    <w:p w:rsidR="00FC766D" w:rsidRPr="00E4441B" w:rsidRDefault="00E2140A">
      <w:pPr>
        <w:autoSpaceDE w:val="0"/>
        <w:autoSpaceDN w:val="0"/>
        <w:spacing w:before="184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4.3.1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>.) Krótki opis przedmiotu zamówienia</w:t>
      </w:r>
    </w:p>
    <w:p w:rsidR="00FC766D" w:rsidRPr="00E4441B" w:rsidRDefault="00344A6D">
      <w:pPr>
        <w:autoSpaceDE w:val="0"/>
        <w:autoSpaceDN w:val="0"/>
        <w:spacing w:before="208" w:after="0" w:line="245" w:lineRule="auto"/>
        <w:ind w:right="144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Celem zamówienia jest rozwój i upowszechnienie elektronicznych usług o charakterze publicznym na szczeblu lokalnym –</w:t>
      </w:r>
      <w:r>
        <w:rPr>
          <w:rFonts w:ascii="Arial" w:eastAsia="Arial" w:hAnsi="Arial"/>
          <w:color w:val="000000"/>
          <w:w w:val="101"/>
          <w:sz w:val="19"/>
          <w:lang w:val="pl-PL"/>
        </w:rPr>
        <w:t>Gmina Złota</w:t>
      </w: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, z zakresu szeroko pojętych e-usług w obszarze administracji.</w:t>
      </w:r>
    </w:p>
    <w:p w:rsidR="00FC766D" w:rsidRPr="00E4441B" w:rsidRDefault="00344A6D">
      <w:pPr>
        <w:autoSpaceDE w:val="0"/>
        <w:autoSpaceDN w:val="0"/>
        <w:spacing w:before="14" w:after="0" w:line="245" w:lineRule="auto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Zamówienie realizowane jest w ramach projektu „Cyfrowa Gmina” realizowanego w ramach Programu Operacyjnego Polska Cyfrowa na lata 2014-2020 Osi Priorytetowej V Rozwój cyfrowy JST oraz wzmocnienie cyfrowej odporności na zagrożenia REACT-EU działania 5.1 Rozwój cyfrowy JST oraz wzmocnienie cyfrowej odporności na zagrożenia o numerze </w:t>
      </w:r>
      <w:r w:rsidRPr="00E4441B">
        <w:rPr>
          <w:lang w:val="pl-PL"/>
        </w:rPr>
        <w:br/>
      </w: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POPC.05.01.00-00-0001/21-00.</w:t>
      </w:r>
    </w:p>
    <w:p w:rsidR="00FC766D" w:rsidRPr="00E4441B" w:rsidRDefault="00344A6D">
      <w:pPr>
        <w:autoSpaceDE w:val="0"/>
        <w:autoSpaceDN w:val="0"/>
        <w:spacing w:before="242" w:after="0" w:line="245" w:lineRule="auto"/>
        <w:ind w:right="432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Zakres zamówienia obejmuje: Zakup, wdrożenie i konfiguracja Cyfrowej Platformy e-Usług Mieszkańca zgodnie z Opisem Przedmiotu Zamów</w:t>
      </w:r>
      <w:r w:rsidR="00463F55">
        <w:rPr>
          <w:rFonts w:ascii="Arial" w:eastAsia="Arial" w:hAnsi="Arial"/>
          <w:color w:val="000000"/>
          <w:w w:val="101"/>
          <w:sz w:val="19"/>
          <w:lang w:val="pl-PL"/>
        </w:rPr>
        <w:t>ienia stanowiącym załącznik nr 2</w:t>
      </w: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 do SWZ</w:t>
      </w:r>
    </w:p>
    <w:p w:rsidR="00FC766D" w:rsidRPr="00E4441B" w:rsidRDefault="00E2140A">
      <w:pPr>
        <w:autoSpaceDE w:val="0"/>
        <w:autoSpaceDN w:val="0"/>
        <w:spacing w:before="180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4.3.2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Główny kod CPV: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48000000-8 - Pakiety oprogramowania i systemy informatyczne</w:t>
      </w:r>
    </w:p>
    <w:p w:rsidR="00FC766D" w:rsidRPr="00E4441B" w:rsidRDefault="00E2140A">
      <w:pPr>
        <w:autoSpaceDE w:val="0"/>
        <w:autoSpaceDN w:val="0"/>
        <w:spacing w:before="182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4.3.3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>.) Dodatkowy kod CPV:</w:t>
      </w:r>
    </w:p>
    <w:p w:rsidR="00FC766D" w:rsidRPr="00E4441B" w:rsidRDefault="00344A6D">
      <w:pPr>
        <w:autoSpaceDE w:val="0"/>
        <w:autoSpaceDN w:val="0"/>
        <w:spacing w:before="208" w:after="0" w:line="233" w:lineRule="auto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80330000-6 - Usługi edukacji w zakresie bezpieczeństwa</w:t>
      </w:r>
    </w:p>
    <w:p w:rsidR="00FC766D" w:rsidRPr="00E4441B" w:rsidRDefault="00344A6D">
      <w:pPr>
        <w:autoSpaceDE w:val="0"/>
        <w:autoSpaceDN w:val="0"/>
        <w:spacing w:before="206" w:after="0" w:line="233" w:lineRule="auto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72413000-8 - Usługi w zakresie projektowania stron WWW</w:t>
      </w:r>
    </w:p>
    <w:p w:rsidR="00FC766D" w:rsidRPr="00E4441B" w:rsidRDefault="00344A6D">
      <w:pPr>
        <w:autoSpaceDE w:val="0"/>
        <w:autoSpaceDN w:val="0"/>
        <w:spacing w:before="206" w:after="0" w:line="233" w:lineRule="auto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80533100-0 - Usługi szkolenia komputerowego</w:t>
      </w:r>
    </w:p>
    <w:p w:rsidR="00FC766D" w:rsidRPr="00E4441B" w:rsidRDefault="00344A6D">
      <w:pPr>
        <w:autoSpaceDE w:val="0"/>
        <w:autoSpaceDN w:val="0"/>
        <w:spacing w:before="206" w:after="0" w:line="233" w:lineRule="auto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72415000-2 - Usługi hostingowe dla stron WWW</w:t>
      </w:r>
    </w:p>
    <w:p w:rsidR="00FC766D" w:rsidRPr="00E4441B" w:rsidRDefault="00344A6D">
      <w:pPr>
        <w:autoSpaceDE w:val="0"/>
        <w:autoSpaceDN w:val="0"/>
        <w:spacing w:before="206" w:after="0" w:line="235" w:lineRule="auto"/>
        <w:rPr>
          <w:lang w:val="pl-PL"/>
        </w:rPr>
      </w:pP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>72400000-4 - Usługi internetowe</w:t>
      </w:r>
    </w:p>
    <w:p w:rsidR="00FC766D" w:rsidRPr="00E4441B" w:rsidRDefault="00E2140A">
      <w:pPr>
        <w:autoSpaceDE w:val="0"/>
        <w:autoSpaceDN w:val="0"/>
        <w:spacing w:before="180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Zamówienie obejmuje opcje: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E2140A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4.3.5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Okres realizacji zamówienia albo umowy ramowej: </w:t>
      </w:r>
      <w:r w:rsidR="00466E22" w:rsidRPr="00466E22">
        <w:rPr>
          <w:rFonts w:ascii="Arial" w:eastAsia="Arial" w:hAnsi="Arial"/>
          <w:color w:val="000000"/>
          <w:sz w:val="18"/>
          <w:lang w:val="pl-PL"/>
        </w:rPr>
        <w:t xml:space="preserve">do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90 dni</w:t>
      </w:r>
    </w:p>
    <w:p w:rsidR="00FC766D" w:rsidRPr="00E4441B" w:rsidRDefault="00E2140A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4.3.6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Zamawiający przewiduje wznowienia: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E2140A">
      <w:pPr>
        <w:autoSpaceDE w:val="0"/>
        <w:autoSpaceDN w:val="0"/>
        <w:spacing w:before="184" w:after="0" w:line="245" w:lineRule="auto"/>
        <w:ind w:right="720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4.3.7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Zamawiający przewiduje udzielenie dotychczasowemu wykonawcy zamówień na podobne usługi lub roboty budowlane: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E2140A">
      <w:pPr>
        <w:autoSpaceDE w:val="0"/>
        <w:autoSpaceDN w:val="0"/>
        <w:spacing w:before="182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>.) Kryteria oceny ofert</w:t>
      </w:r>
    </w:p>
    <w:p w:rsidR="00FC766D" w:rsidRPr="00E4441B" w:rsidRDefault="00E2140A">
      <w:pPr>
        <w:autoSpaceDE w:val="0"/>
        <w:autoSpaceDN w:val="0"/>
        <w:spacing w:before="182" w:after="0" w:line="247" w:lineRule="auto"/>
        <w:ind w:right="432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.1.) Sposób oceny ofert: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. Za ofertę najkorzystniejszą zostanie uznana oferta zawierająca najkorzystniejszy bilans punktów w kryteriach:</w:t>
      </w:r>
      <w:r w:rsidR="00344A6D" w:rsidRPr="00E4441B">
        <w:rPr>
          <w:lang w:val="pl-PL"/>
        </w:rPr>
        <w:br/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Cena ofertowa brutto” – C</w:t>
      </w:r>
      <w:r w:rsidR="00344A6D" w:rsidRPr="00E4441B">
        <w:rPr>
          <w:lang w:val="pl-PL"/>
        </w:rPr>
        <w:br/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 xml:space="preserve">Termin realizacji zamówienia ” – D </w:t>
      </w:r>
      <w:r w:rsidR="00344A6D" w:rsidRPr="00E4441B">
        <w:rPr>
          <w:lang w:val="pl-PL"/>
        </w:rPr>
        <w:br/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 xml:space="preserve">Maksymalny oceniany przez Zamawiającego Termin realizacji zamówienia wynosi 90 dni </w:t>
      </w:r>
      <w:r w:rsidR="00344A6D" w:rsidRPr="00E4441B">
        <w:rPr>
          <w:lang w:val="pl-PL"/>
        </w:rPr>
        <w:br/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 xml:space="preserve">Oferty z terminem realizacji powyżej 90 dni zostaną odrzucone. </w:t>
      </w:r>
    </w:p>
    <w:p w:rsidR="00FC766D" w:rsidRPr="00E4441B" w:rsidRDefault="00344A6D">
      <w:pPr>
        <w:autoSpaceDE w:val="0"/>
        <w:autoSpaceDN w:val="0"/>
        <w:spacing w:before="14" w:after="0" w:line="235" w:lineRule="auto"/>
        <w:rPr>
          <w:lang w:val="pl-PL"/>
        </w:rPr>
      </w:pPr>
      <w:r w:rsidRPr="00E4441B">
        <w:rPr>
          <w:rFonts w:ascii="Arial" w:eastAsia="Arial" w:hAnsi="Arial"/>
          <w:color w:val="000000"/>
          <w:sz w:val="18"/>
          <w:lang w:val="pl-PL"/>
        </w:rPr>
        <w:t>Oferty z terminem realizacji do 60 dni otrzymają 40 punktów.</w:t>
      </w:r>
    </w:p>
    <w:p w:rsidR="00FC766D" w:rsidRPr="00E4441B" w:rsidRDefault="00344A6D">
      <w:pPr>
        <w:autoSpaceDE w:val="0"/>
        <w:autoSpaceDN w:val="0"/>
        <w:spacing w:before="14" w:after="0" w:line="235" w:lineRule="auto"/>
        <w:rPr>
          <w:lang w:val="pl-PL"/>
        </w:rPr>
      </w:pPr>
      <w:r w:rsidRPr="00E4441B">
        <w:rPr>
          <w:rFonts w:ascii="Arial" w:eastAsia="Arial" w:hAnsi="Arial"/>
          <w:color w:val="000000"/>
          <w:sz w:val="18"/>
          <w:lang w:val="pl-PL"/>
        </w:rPr>
        <w:t>Oferty z terminem realizacji do 75 dni otrzymają 20 punktów .</w:t>
      </w:r>
    </w:p>
    <w:p w:rsidR="00FC766D" w:rsidRPr="00E2140A" w:rsidRDefault="00344A6D" w:rsidP="00E2140A">
      <w:pPr>
        <w:autoSpaceDE w:val="0"/>
        <w:autoSpaceDN w:val="0"/>
        <w:spacing w:before="14" w:after="0" w:line="235" w:lineRule="auto"/>
        <w:rPr>
          <w:lang w:val="pl-PL"/>
        </w:rPr>
      </w:pPr>
      <w:r w:rsidRPr="00E4441B">
        <w:rPr>
          <w:rFonts w:ascii="Arial" w:eastAsia="Arial" w:hAnsi="Arial"/>
          <w:color w:val="000000"/>
          <w:sz w:val="18"/>
          <w:lang w:val="pl-PL"/>
        </w:rPr>
        <w:t>Oferty z terminem realizacji do 90 dni otrzymają 0 punktów.</w:t>
      </w:r>
      <w:r w:rsidR="00E2140A">
        <w:rPr>
          <w:lang w:val="pl-PL"/>
        </w:rPr>
        <w:br/>
      </w:r>
      <w:r w:rsidR="00E2140A">
        <w:rPr>
          <w:lang w:val="pl-PL"/>
        </w:rPr>
        <w:br/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W przypadku niewypełnienia przez Wykonawcę w formularzu ofertowym pola określającego termin realizacji zamówienia będzie to równoznaczne z terminem </w:t>
      </w:r>
      <w:bookmarkStart w:id="0" w:name="_GoBack"/>
      <w:r w:rsidRPr="00E4441B">
        <w:rPr>
          <w:rFonts w:ascii="Arial" w:eastAsia="Arial" w:hAnsi="Arial"/>
          <w:color w:val="000000"/>
          <w:sz w:val="18"/>
          <w:lang w:val="pl-PL"/>
        </w:rPr>
        <w:t>90 dn</w:t>
      </w:r>
      <w:bookmarkEnd w:id="0"/>
      <w:r w:rsidRPr="00E4441B">
        <w:rPr>
          <w:rFonts w:ascii="Arial" w:eastAsia="Arial" w:hAnsi="Arial"/>
          <w:color w:val="000000"/>
          <w:sz w:val="18"/>
          <w:lang w:val="pl-PL"/>
        </w:rPr>
        <w:t>i</w:t>
      </w:r>
      <w:r w:rsidR="00E2140A">
        <w:rPr>
          <w:rFonts w:ascii="Arial" w:eastAsia="Arial" w:hAnsi="Arial"/>
          <w:color w:val="000000"/>
          <w:sz w:val="18"/>
          <w:lang w:val="pl-PL"/>
        </w:rPr>
        <w:t>.</w:t>
      </w:r>
      <w:r w:rsidRPr="00E4441B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="00E2140A">
        <w:rPr>
          <w:lang w:val="pl-PL"/>
        </w:rPr>
        <w:br/>
      </w:r>
      <w:r w:rsidRPr="00E4441B">
        <w:rPr>
          <w:rFonts w:ascii="Arial" w:eastAsia="Arial" w:hAnsi="Arial"/>
          <w:color w:val="000000"/>
          <w:sz w:val="18"/>
          <w:lang w:val="pl-PL"/>
        </w:rPr>
        <w:t>Informację należy wskazać w formularzu ofertowym.</w:t>
      </w:r>
    </w:p>
    <w:p w:rsidR="00FC766D" w:rsidRPr="00E4441B" w:rsidRDefault="00C1540B">
      <w:pPr>
        <w:autoSpaceDE w:val="0"/>
        <w:autoSpaceDN w:val="0"/>
        <w:spacing w:before="182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4.5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.2.) Sposób określania wagi kryteriów oceny ofert: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Punktowo</w:t>
      </w:r>
    </w:p>
    <w:p w:rsidR="00FC766D" w:rsidRPr="00E4441B" w:rsidRDefault="00C1540B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4.5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.3.) Stosowane kryteria oceny ofert: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Kryterium ceny oraz kryteria jakościowe</w:t>
      </w:r>
    </w:p>
    <w:p w:rsidR="000C5C57" w:rsidRDefault="000C5C57" w:rsidP="000C5C57">
      <w:pPr>
        <w:autoSpaceDE w:val="0"/>
        <w:autoSpaceDN w:val="0"/>
        <w:spacing w:before="184" w:after="44" w:line="233" w:lineRule="auto"/>
        <w:rPr>
          <w:rFonts w:ascii="Arial" w:eastAsia="Arial" w:hAnsi="Arial"/>
          <w:b/>
          <w:color w:val="000000"/>
          <w:sz w:val="18"/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Kryterium 1</w:t>
      </w:r>
    </w:p>
    <w:p w:rsidR="00FC766D" w:rsidRPr="00E4441B" w:rsidRDefault="00C1540B" w:rsidP="000C5C57">
      <w:pPr>
        <w:autoSpaceDE w:val="0"/>
        <w:autoSpaceDN w:val="0"/>
        <w:spacing w:before="184" w:after="44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lastRenderedPageBreak/>
        <w:t>4.5</w:t>
      </w:r>
      <w:r w:rsidR="000C5C57">
        <w:rPr>
          <w:rFonts w:ascii="Arial" w:eastAsia="Arial" w:hAnsi="Arial"/>
          <w:b/>
          <w:color w:val="000000"/>
          <w:sz w:val="18"/>
          <w:lang w:val="pl-PL"/>
        </w:rPr>
        <w:t>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Nazwa kryterium: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Cena</w:t>
      </w:r>
    </w:p>
    <w:p w:rsidR="00FC766D" w:rsidRPr="00E4441B" w:rsidRDefault="00C1540B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4.5</w:t>
      </w:r>
      <w:r w:rsidR="000C5C57">
        <w:rPr>
          <w:rFonts w:ascii="Arial" w:eastAsia="Arial" w:hAnsi="Arial"/>
          <w:b/>
          <w:color w:val="000000"/>
          <w:sz w:val="18"/>
          <w:lang w:val="pl-PL"/>
        </w:rPr>
        <w:t>.5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Waga: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60,00</w:t>
      </w:r>
    </w:p>
    <w:p w:rsidR="00FC766D" w:rsidRPr="00E4441B" w:rsidRDefault="00344A6D">
      <w:pPr>
        <w:autoSpaceDE w:val="0"/>
        <w:autoSpaceDN w:val="0"/>
        <w:spacing w:before="184" w:after="0" w:line="233" w:lineRule="auto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>Kryterium 2</w:t>
      </w:r>
    </w:p>
    <w:p w:rsidR="00FC766D" w:rsidRPr="00E4441B" w:rsidRDefault="00C1540B">
      <w:pPr>
        <w:autoSpaceDE w:val="0"/>
        <w:autoSpaceDN w:val="0"/>
        <w:spacing w:before="180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4.5.6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Nazwa kryterium: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Termin realizacji zamówienia</w:t>
      </w:r>
    </w:p>
    <w:p w:rsidR="00FC766D" w:rsidRPr="00E4441B" w:rsidRDefault="00C1540B">
      <w:pPr>
        <w:autoSpaceDE w:val="0"/>
        <w:autoSpaceDN w:val="0"/>
        <w:spacing w:before="184" w:after="0" w:line="233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4.5.7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Waga: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40,00</w:t>
      </w:r>
    </w:p>
    <w:p w:rsidR="00FC766D" w:rsidRPr="00E4441B" w:rsidRDefault="00C1540B">
      <w:pPr>
        <w:autoSpaceDE w:val="0"/>
        <w:autoSpaceDN w:val="0"/>
        <w:spacing w:before="184" w:after="164" w:line="245" w:lineRule="auto"/>
        <w:ind w:right="720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4.5.8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Zamawiający określa aspekty społeczne, środowiskowe lub innowacyjne, żąda etykiet lub stosuje rachunek kosztów cyklu życia w odniesieniu do kryterium oceny ofert: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40"/>
        </w:trPr>
        <w:tc>
          <w:tcPr>
            <w:tcW w:w="10552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8" w:after="0" w:line="233" w:lineRule="auto"/>
              <w:ind w:left="84"/>
            </w:pP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t>SEKCJA V - KWALIFIKACJA WYKONAWCÓW</w:t>
            </w:r>
          </w:p>
        </w:tc>
      </w:tr>
    </w:tbl>
    <w:p w:rsidR="00755A1E" w:rsidRPr="00755A1E" w:rsidRDefault="00755A1E" w:rsidP="001B108D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5.)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 </w:t>
      </w:r>
      <w:r w:rsidRPr="00755A1E">
        <w:rPr>
          <w:rFonts w:ascii="Arial" w:eastAsia="Arial" w:hAnsi="Arial"/>
          <w:b/>
          <w:color w:val="000000"/>
          <w:sz w:val="18"/>
          <w:lang w:val="pl-PL"/>
        </w:rPr>
        <w:t xml:space="preserve">O udzielenie zamówienia mogą ubiegać się Wykonawcy, którzy spełniają warunki udziału w postępowaniu dotyczące: </w:t>
      </w:r>
      <w:r>
        <w:rPr>
          <w:rFonts w:ascii="Arial" w:eastAsia="Arial" w:hAnsi="Arial"/>
          <w:b/>
          <w:color w:val="000000"/>
          <w:sz w:val="18"/>
          <w:lang w:val="pl-PL"/>
        </w:rPr>
        <w:br/>
      </w:r>
      <w:r>
        <w:rPr>
          <w:rFonts w:ascii="Arial" w:eastAsia="Arial" w:hAnsi="Arial"/>
          <w:color w:val="000000"/>
          <w:sz w:val="18"/>
          <w:lang w:val="pl-PL"/>
        </w:rPr>
        <w:br/>
      </w:r>
      <w:r w:rsidRPr="00755A1E">
        <w:rPr>
          <w:rFonts w:ascii="Arial" w:eastAsia="Arial" w:hAnsi="Arial"/>
          <w:b/>
          <w:color w:val="000000"/>
          <w:sz w:val="18"/>
          <w:lang w:val="pl-PL"/>
        </w:rPr>
        <w:t>5.1)</w:t>
      </w:r>
      <w:r w:rsidRPr="00755A1E">
        <w:rPr>
          <w:rFonts w:ascii="Arial" w:eastAsia="Arial" w:hAnsi="Arial"/>
          <w:color w:val="000000"/>
          <w:sz w:val="18"/>
          <w:lang w:val="pl-PL"/>
        </w:rPr>
        <w:t xml:space="preserve"> Zamawiający wymaga wykazania przez Wykonawcę, że w okresie ostatnich 3 lat  przed upływem terminu składania ofert, a jeżeli okres prowadzenia działalności jest krótszy – w tym okresie należycie wykonał, co najmniej dwa zamówienia polegające na dostawie i wdrożeniu portalu internetowego umożliwiającego weryfikację przez sieć Internet stanu zobowiązań mieszkańca w zakresie minimum podatku od nieruchomości na kwotę co najmniej 70 000 zł brutto dla każdego z tych zamówień.</w:t>
      </w:r>
    </w:p>
    <w:p w:rsidR="00755A1E" w:rsidRDefault="00755A1E" w:rsidP="00755A1E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 w:rsidRPr="00755A1E">
        <w:rPr>
          <w:rFonts w:ascii="Arial" w:eastAsia="Arial" w:hAnsi="Arial"/>
          <w:b/>
          <w:color w:val="000000"/>
          <w:sz w:val="18"/>
          <w:lang w:val="pl-PL"/>
        </w:rPr>
        <w:t>5.2)</w:t>
      </w:r>
      <w:r w:rsidRPr="00755A1E">
        <w:rPr>
          <w:rFonts w:ascii="Arial" w:eastAsia="Arial" w:hAnsi="Arial"/>
          <w:color w:val="000000"/>
          <w:sz w:val="18"/>
          <w:lang w:val="pl-PL"/>
        </w:rPr>
        <w:t xml:space="preserve"> Wykonawca wykaże, że w okresie ostatnich 3 lat przed upływem terminu składania ofert, a jeżeli okres prowadzenia działalności jest krótszy – w tym okresie, wykonał co najmniej jedno zamówienie obejmujące integrację zintegrowanego systemu dziedzinowego obsługującego co najmniej obszar podatków lokalnych oraz księgowości i finansów z systemem elektronicznego obiegu dokumentów i portalem e-usług w JST udostępnionym w sieci Internet prezentującym stan zobowiązań wraz z mechanizmem płatności elektronicznych zintegrowanego z platformą </w:t>
      </w:r>
      <w:proofErr w:type="spellStart"/>
      <w:r w:rsidRPr="00755A1E">
        <w:rPr>
          <w:rFonts w:ascii="Arial" w:eastAsia="Arial" w:hAnsi="Arial"/>
          <w:color w:val="000000"/>
          <w:sz w:val="18"/>
          <w:lang w:val="pl-PL"/>
        </w:rPr>
        <w:t>ePUAP</w:t>
      </w:r>
      <w:proofErr w:type="spellEnd"/>
      <w:r w:rsidRPr="00755A1E">
        <w:rPr>
          <w:rFonts w:ascii="Arial" w:eastAsia="Arial" w:hAnsi="Arial"/>
          <w:color w:val="000000"/>
          <w:sz w:val="18"/>
          <w:lang w:val="pl-PL"/>
        </w:rPr>
        <w:t>, o wartości nie mniejszej niż 70 000,00 zł brutto.</w:t>
      </w:r>
    </w:p>
    <w:p w:rsidR="00755A1E" w:rsidRPr="00755A1E" w:rsidRDefault="00755A1E" w:rsidP="00755A1E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 w:rsidRPr="00755A1E">
        <w:rPr>
          <w:rFonts w:ascii="Arial" w:eastAsia="Arial" w:hAnsi="Arial"/>
          <w:b/>
          <w:color w:val="000000"/>
          <w:sz w:val="18"/>
          <w:lang w:val="pl-PL"/>
        </w:rPr>
        <w:t>5.3)</w:t>
      </w:r>
      <w:r w:rsidRPr="00755A1E">
        <w:rPr>
          <w:rFonts w:ascii="Arial" w:eastAsia="Arial" w:hAnsi="Arial"/>
          <w:color w:val="000000"/>
          <w:sz w:val="18"/>
          <w:lang w:val="pl-PL"/>
        </w:rPr>
        <w:t xml:space="preserve"> Wykonawca dysponuje lub będzie dysponował przez cały okres realizacji zamówienia następującymi osobami:</w:t>
      </w:r>
    </w:p>
    <w:p w:rsidR="00755A1E" w:rsidRPr="00755A1E" w:rsidRDefault="00755A1E" w:rsidP="00755A1E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 w:rsidRPr="00755A1E">
        <w:rPr>
          <w:rFonts w:ascii="Arial" w:eastAsia="Arial" w:hAnsi="Arial"/>
          <w:b/>
          <w:color w:val="000000"/>
          <w:sz w:val="18"/>
          <w:lang w:val="pl-PL"/>
        </w:rPr>
        <w:t>5.3.1)</w:t>
      </w:r>
      <w:r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755A1E">
        <w:rPr>
          <w:rFonts w:ascii="Arial" w:eastAsia="Arial" w:hAnsi="Arial"/>
          <w:color w:val="000000"/>
          <w:sz w:val="18"/>
          <w:lang w:val="pl-PL"/>
        </w:rPr>
        <w:t>co najmniej jedną osobą na stanowisku Kierownika Projektu – posiadającą niezbędną wiedzę i doświadczenie w kierowaniu projektami wdrażania systemów informatycznych, tj. w okresie ostatnich pięciu lat przed upływem terminu składania ofert kierowała wykonaniem co najmniej dwóch projektów informatycznych (od rozpoczęcia do zakończenia wdrożenia systemów informatycznych) obejmujących dostawę i wdrożenie zintegrowanego</w:t>
      </w:r>
      <w:r w:rsidR="008A1F44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755A1E">
        <w:rPr>
          <w:rFonts w:ascii="Arial" w:eastAsia="Arial" w:hAnsi="Arial"/>
          <w:color w:val="000000"/>
          <w:sz w:val="18"/>
          <w:lang w:val="pl-PL"/>
        </w:rPr>
        <w:t xml:space="preserve">systemu dziedzinowego obsługującego co najmniej obszar podatków lokalnych oraz księgowości i finansów oraz zintegrowanych z nim: systemu elektronicznego obiegu dokumentów i portalu udostępnionego w sieci Internet prezentującego stan zobowiązań wraz z mechanizmem płatności elektronicznych zintegrowanego z platformą </w:t>
      </w:r>
      <w:proofErr w:type="spellStart"/>
      <w:r w:rsidRPr="00755A1E">
        <w:rPr>
          <w:rFonts w:ascii="Arial" w:eastAsia="Arial" w:hAnsi="Arial"/>
          <w:color w:val="000000"/>
          <w:sz w:val="18"/>
          <w:lang w:val="pl-PL"/>
        </w:rPr>
        <w:t>ePUAP</w:t>
      </w:r>
      <w:proofErr w:type="spellEnd"/>
      <w:r w:rsidRPr="00755A1E">
        <w:rPr>
          <w:rFonts w:ascii="Arial" w:eastAsia="Arial" w:hAnsi="Arial"/>
          <w:color w:val="000000"/>
          <w:sz w:val="18"/>
          <w:lang w:val="pl-PL"/>
        </w:rPr>
        <w:t xml:space="preserve"> pełniąc funkcję kierownika lub równoważną (tj. osoba kierowała pracą zespołu projektowego i była odpowiedzialna za prawidłowość wykonania projektu), o wartości nie mniejszej niż 70 000,00 zł brutto każdego z projektów;</w:t>
      </w:r>
    </w:p>
    <w:p w:rsidR="00135E40" w:rsidRPr="00135E40" w:rsidRDefault="008A1F44" w:rsidP="00135E40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5.3.2</w:t>
      </w:r>
      <w:r w:rsidR="00755A1E" w:rsidRPr="00755A1E">
        <w:rPr>
          <w:rFonts w:ascii="Arial" w:eastAsia="Arial" w:hAnsi="Arial"/>
          <w:b/>
          <w:color w:val="000000"/>
          <w:sz w:val="18"/>
          <w:lang w:val="pl-PL"/>
        </w:rPr>
        <w:t>)</w:t>
      </w:r>
      <w:r w:rsidR="00755A1E" w:rsidRPr="00755A1E"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="00135E40" w:rsidRPr="00135E40">
        <w:rPr>
          <w:rFonts w:ascii="Arial" w:eastAsia="Arial" w:hAnsi="Arial"/>
          <w:color w:val="000000"/>
          <w:sz w:val="18"/>
          <w:lang w:val="pl-PL"/>
        </w:rPr>
        <w:t xml:space="preserve">- W odniesieniu do warunków dotyczących wykształcenia, kwalifikacji zawodowych lub doświadczenia wykonawcy wspólnie ubiegający się o udzielenia zamówienia mogą polegać na zdolnościach tych z wykonawców, którzy wykonają roboty budowlane lub usługi, do realizacji których te zdolności są wymagane. </w:t>
      </w:r>
    </w:p>
    <w:p w:rsidR="00135E40" w:rsidRPr="00135E40" w:rsidRDefault="00135E40" w:rsidP="00135E40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 w:rsidRPr="00135E40">
        <w:rPr>
          <w:rFonts w:ascii="Arial" w:eastAsia="Arial" w:hAnsi="Arial"/>
          <w:color w:val="000000"/>
          <w:sz w:val="18"/>
          <w:lang w:val="pl-PL"/>
        </w:rPr>
        <w:t xml:space="preserve">-  W przypadku, o którym mowa wyżej, wykonawcy wspólnie ubiegający się o udzielenie zamówienia dołączają do oferty oświadczenie, z którego wynika, które roboty budowlane, dostawy lub usługi wykonają poszczególni wykonawcy. </w:t>
      </w:r>
    </w:p>
    <w:p w:rsidR="00755A1E" w:rsidRPr="00755A1E" w:rsidRDefault="00135E40" w:rsidP="00135E40">
      <w:pPr>
        <w:autoSpaceDE w:val="0"/>
        <w:autoSpaceDN w:val="0"/>
        <w:spacing w:before="246" w:after="0" w:line="235" w:lineRule="auto"/>
        <w:jc w:val="both"/>
        <w:rPr>
          <w:rFonts w:ascii="Arial" w:eastAsia="Arial" w:hAnsi="Arial"/>
          <w:color w:val="000000"/>
          <w:sz w:val="18"/>
          <w:lang w:val="pl-PL"/>
        </w:rPr>
      </w:pPr>
      <w:r w:rsidRPr="00135E40">
        <w:rPr>
          <w:rFonts w:ascii="Arial" w:eastAsia="Arial" w:hAnsi="Arial"/>
          <w:color w:val="000000"/>
          <w:sz w:val="18"/>
          <w:lang w:val="pl-PL"/>
        </w:rPr>
        <w:t>-  Zamawiający może na każdym etapie postępowania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755A1E" w:rsidRPr="00755A1E" w:rsidRDefault="008A1F44" w:rsidP="00755A1E">
      <w:pPr>
        <w:autoSpaceDE w:val="0"/>
        <w:autoSpaceDN w:val="0"/>
        <w:spacing w:before="246" w:after="0" w:line="235" w:lineRule="auto"/>
        <w:rPr>
          <w:rFonts w:ascii="Arial" w:eastAsia="Arial" w:hAnsi="Arial"/>
          <w:b/>
          <w:color w:val="000000"/>
          <w:sz w:val="18"/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5.3.3</w:t>
      </w:r>
      <w:r w:rsidR="00755A1E" w:rsidRPr="00755A1E">
        <w:rPr>
          <w:rFonts w:ascii="Arial" w:eastAsia="Arial" w:hAnsi="Arial"/>
          <w:b/>
          <w:color w:val="000000"/>
          <w:sz w:val="18"/>
          <w:lang w:val="pl-PL"/>
        </w:rPr>
        <w:t>) Zamawiający NIE DOPUSZCZA łączenia funkcji osób, o których mowa powyżej.</w:t>
      </w:r>
    </w:p>
    <w:p w:rsidR="000176E0" w:rsidRPr="000176E0" w:rsidRDefault="00463F55" w:rsidP="00463F55">
      <w:pPr>
        <w:autoSpaceDE w:val="0"/>
        <w:autoSpaceDN w:val="0"/>
        <w:spacing w:before="246" w:after="0" w:line="235" w:lineRule="auto"/>
        <w:rPr>
          <w:rFonts w:ascii="Arial" w:eastAsia="Arial" w:hAnsi="Arial"/>
          <w:color w:val="000000"/>
          <w:w w:val="101"/>
          <w:sz w:val="19"/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5.4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) Wykaz innych wymaganych oświadczeń lub dokumentów: </w:t>
      </w:r>
      <w:r w:rsidR="00344A6D" w:rsidRPr="00E4441B">
        <w:rPr>
          <w:lang w:val="pl-PL"/>
        </w:rPr>
        <w:br/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Na ofertę składają się wypełnione i podpisane dokumenty: </w:t>
      </w:r>
      <w:r w:rsidR="00344A6D" w:rsidRPr="00E4441B">
        <w:rPr>
          <w:lang w:val="pl-PL"/>
        </w:rPr>
        <w:br/>
      </w:r>
      <w:r w:rsidR="000176E0" w:rsidRPr="000176E0">
        <w:rPr>
          <w:rFonts w:ascii="Arial" w:eastAsia="Arial" w:hAnsi="Arial"/>
          <w:b/>
          <w:color w:val="000000"/>
          <w:w w:val="101"/>
          <w:sz w:val="18"/>
          <w:szCs w:val="18"/>
          <w:lang w:val="pl-PL"/>
        </w:rPr>
        <w:t>5.4.</w:t>
      </w:r>
      <w:r w:rsidR="00344A6D" w:rsidRPr="000176E0">
        <w:rPr>
          <w:rFonts w:ascii="Arial" w:eastAsia="Arial" w:hAnsi="Arial"/>
          <w:b/>
          <w:color w:val="000000"/>
          <w:w w:val="101"/>
          <w:sz w:val="18"/>
          <w:szCs w:val="18"/>
          <w:lang w:val="pl-PL"/>
        </w:rPr>
        <w:t>1)</w:t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 Formularz oferty sporządzony według wzoru – załącznik nr 1 do SWZ podpisany podpisem osobistym; </w:t>
      </w:r>
      <w:r w:rsidR="009134CB">
        <w:rPr>
          <w:rFonts w:ascii="Arial" w:eastAsia="Arial" w:hAnsi="Arial"/>
          <w:color w:val="000000"/>
          <w:w w:val="101"/>
          <w:sz w:val="19"/>
          <w:lang w:val="pl-PL"/>
        </w:rPr>
        <w:t>wykaz wykonanych usług oraz ich wartość, a takż</w:t>
      </w:r>
      <w:r w:rsidR="006452C4">
        <w:rPr>
          <w:rFonts w:ascii="Arial" w:eastAsia="Arial" w:hAnsi="Arial"/>
          <w:color w:val="000000"/>
          <w:w w:val="101"/>
          <w:sz w:val="19"/>
          <w:lang w:val="pl-PL"/>
        </w:rPr>
        <w:t>e referencje – załącznik nr 4, O</w:t>
      </w:r>
      <w:r w:rsidR="009134CB" w:rsidRPr="009134CB">
        <w:rPr>
          <w:rFonts w:ascii="Arial" w:eastAsia="Arial" w:hAnsi="Arial"/>
          <w:color w:val="000000"/>
          <w:w w:val="101"/>
          <w:sz w:val="19"/>
          <w:lang w:val="pl-PL"/>
        </w:rPr>
        <w:t>dpis lub informacja z Krajowego Rejestru Sądowego lub Centralnej Ewidencji i Informacji o Działalności Gospodarczej, jeżeli odrębne przepisy wymagają wpisu do rejestru lub ewidencji;</w:t>
      </w:r>
      <w:r w:rsidR="00344A6D" w:rsidRPr="00E4441B">
        <w:rPr>
          <w:lang w:val="pl-PL"/>
        </w:rPr>
        <w:br/>
      </w:r>
      <w:r w:rsidR="000176E0" w:rsidRPr="000176E0">
        <w:rPr>
          <w:rFonts w:ascii="Arial" w:eastAsia="Arial" w:hAnsi="Arial"/>
          <w:b/>
          <w:color w:val="000000"/>
          <w:w w:val="101"/>
          <w:sz w:val="18"/>
          <w:szCs w:val="18"/>
          <w:lang w:val="pl-PL"/>
        </w:rPr>
        <w:t>5.4.</w:t>
      </w:r>
      <w:r w:rsidRPr="000176E0">
        <w:rPr>
          <w:rFonts w:ascii="Arial" w:eastAsia="Arial" w:hAnsi="Arial"/>
          <w:b/>
          <w:color w:val="000000"/>
          <w:w w:val="101"/>
          <w:sz w:val="18"/>
          <w:szCs w:val="18"/>
          <w:lang w:val="pl-PL"/>
        </w:rPr>
        <w:t>2)</w:t>
      </w:r>
      <w:r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 </w:t>
      </w:r>
      <w:r w:rsidR="000176E0" w:rsidRPr="000176E0">
        <w:rPr>
          <w:rFonts w:ascii="Arial" w:eastAsia="Arial" w:hAnsi="Arial"/>
          <w:color w:val="000000"/>
          <w:w w:val="101"/>
          <w:sz w:val="19"/>
          <w:lang w:val="pl-PL"/>
        </w:rPr>
        <w:t>Ofertę zgodnie z formularzem ofertowym, wraz z dokum</w:t>
      </w:r>
      <w:r w:rsidR="000176E0">
        <w:rPr>
          <w:rFonts w:ascii="Arial" w:eastAsia="Arial" w:hAnsi="Arial"/>
          <w:color w:val="000000"/>
          <w:w w:val="101"/>
          <w:sz w:val="19"/>
          <w:lang w:val="pl-PL"/>
        </w:rPr>
        <w:t>entami, o których mowa w pkt</w:t>
      </w:r>
      <w:r w:rsidR="000176E0" w:rsidRPr="000176E0">
        <w:rPr>
          <w:rFonts w:ascii="Arial" w:eastAsia="Arial" w:hAnsi="Arial"/>
          <w:b/>
          <w:color w:val="000000"/>
          <w:w w:val="101"/>
          <w:sz w:val="18"/>
          <w:szCs w:val="18"/>
          <w:lang w:val="pl-PL"/>
        </w:rPr>
        <w:t xml:space="preserve"> 5.4.1 </w:t>
      </w:r>
      <w:r w:rsidR="000176E0" w:rsidRPr="000176E0">
        <w:rPr>
          <w:rFonts w:ascii="Arial" w:eastAsia="Arial" w:hAnsi="Arial"/>
          <w:color w:val="000000"/>
          <w:w w:val="101"/>
          <w:sz w:val="19"/>
          <w:lang w:val="pl-PL"/>
        </w:rPr>
        <w:t>należy</w:t>
      </w:r>
      <w:r w:rsidR="00556E4E">
        <w:rPr>
          <w:rFonts w:ascii="Arial" w:eastAsia="Arial" w:hAnsi="Arial"/>
          <w:color w:val="000000"/>
          <w:w w:val="101"/>
          <w:sz w:val="19"/>
          <w:lang w:val="pl-PL"/>
        </w:rPr>
        <w:t xml:space="preserve"> złożyć w terminie  do dnia </w:t>
      </w:r>
      <w:r w:rsidR="00556E4E" w:rsidRPr="001D06BA">
        <w:rPr>
          <w:rFonts w:ascii="Arial" w:eastAsia="Arial" w:hAnsi="Arial"/>
          <w:b/>
          <w:color w:val="000000"/>
          <w:w w:val="101"/>
          <w:sz w:val="19"/>
          <w:lang w:val="pl-PL"/>
        </w:rPr>
        <w:t>19</w:t>
      </w:r>
      <w:r w:rsidR="000176E0" w:rsidRPr="001D06BA">
        <w:rPr>
          <w:rFonts w:ascii="Arial" w:eastAsia="Arial" w:hAnsi="Arial"/>
          <w:b/>
          <w:color w:val="000000"/>
          <w:w w:val="101"/>
          <w:sz w:val="19"/>
          <w:lang w:val="pl-PL"/>
        </w:rPr>
        <w:t>.12.2022 r.</w:t>
      </w:r>
      <w:r w:rsidR="000176E0" w:rsidRPr="000176E0">
        <w:rPr>
          <w:rFonts w:ascii="Arial" w:eastAsia="Arial" w:hAnsi="Arial"/>
          <w:color w:val="000000"/>
          <w:w w:val="101"/>
          <w:sz w:val="19"/>
          <w:lang w:val="pl-PL"/>
        </w:rPr>
        <w:t xml:space="preserve"> </w:t>
      </w:r>
      <w:r w:rsidR="000176E0" w:rsidRPr="001D06BA">
        <w:rPr>
          <w:rFonts w:ascii="Arial" w:eastAsia="Arial" w:hAnsi="Arial"/>
          <w:b/>
          <w:color w:val="000000"/>
          <w:w w:val="101"/>
          <w:sz w:val="19"/>
          <w:lang w:val="pl-PL"/>
        </w:rPr>
        <w:t>do godziny 10:30</w:t>
      </w:r>
      <w:r w:rsidR="000176E0" w:rsidRPr="000176E0">
        <w:rPr>
          <w:rFonts w:ascii="Arial" w:eastAsia="Arial" w:hAnsi="Arial"/>
          <w:color w:val="000000"/>
          <w:w w:val="101"/>
          <w:sz w:val="19"/>
          <w:lang w:val="pl-PL"/>
        </w:rPr>
        <w:t xml:space="preserve"> w Urzędzie Gminy Złota, ul. Sienkiewicza 79,  28-425 Złota, pokój nr 8 – sek</w:t>
      </w:r>
      <w:r w:rsidR="00556E4E">
        <w:rPr>
          <w:rFonts w:ascii="Arial" w:eastAsia="Arial" w:hAnsi="Arial"/>
          <w:color w:val="000000"/>
          <w:w w:val="101"/>
          <w:sz w:val="19"/>
          <w:lang w:val="pl-PL"/>
        </w:rPr>
        <w:t>retariat.</w:t>
      </w:r>
      <w:r w:rsidR="000176E0">
        <w:rPr>
          <w:rFonts w:ascii="Arial" w:eastAsia="Arial" w:hAnsi="Arial"/>
          <w:color w:val="000000"/>
          <w:w w:val="101"/>
          <w:sz w:val="19"/>
          <w:lang w:val="pl-PL"/>
        </w:rPr>
        <w:br/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6" w:after="0" w:line="233" w:lineRule="auto"/>
              <w:ind w:left="84"/>
            </w:pP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t>SEKCJA VI - WARUNKI ZAMÓWIENIA</w:t>
            </w:r>
          </w:p>
        </w:tc>
      </w:tr>
    </w:tbl>
    <w:p w:rsidR="00FC766D" w:rsidRPr="00E4441B" w:rsidRDefault="00344A6D">
      <w:pPr>
        <w:autoSpaceDE w:val="0"/>
        <w:autoSpaceDN w:val="0"/>
        <w:spacing w:before="244" w:after="0" w:line="235" w:lineRule="auto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6.1.) Zamawiający wymaga albo dopuszcza oferty wariantowe: </w:t>
      </w:r>
      <w:r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0176E0">
      <w:pPr>
        <w:autoSpaceDE w:val="0"/>
        <w:autoSpaceDN w:val="0"/>
        <w:spacing w:before="182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lastRenderedPageBreak/>
        <w:t>6.2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Zamawiający przewiduje aukcję elektroniczną: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E4441B" w:rsidRDefault="000176E0">
      <w:pPr>
        <w:autoSpaceDE w:val="0"/>
        <w:autoSpaceDN w:val="0"/>
        <w:spacing w:before="182" w:after="0" w:line="235" w:lineRule="auto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6.3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Zamawiający wymaga wadium: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344A6D" w:rsidRDefault="000176E0">
      <w:pPr>
        <w:autoSpaceDE w:val="0"/>
        <w:autoSpaceDN w:val="0"/>
        <w:spacing w:before="182" w:after="0" w:line="245" w:lineRule="auto"/>
        <w:ind w:right="288"/>
        <w:rPr>
          <w:rFonts w:ascii="Arial" w:eastAsia="Arial" w:hAnsi="Arial"/>
          <w:b/>
          <w:color w:val="000000"/>
          <w:sz w:val="18"/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6.4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Wymagania dotyczące składania oferty przez wykonawców wspólnie ubiegających się o udzielenie zamówienia: </w:t>
      </w:r>
    </w:p>
    <w:p w:rsidR="001D06BA" w:rsidRPr="001D06BA" w:rsidRDefault="001D06BA" w:rsidP="001D06BA">
      <w:pPr>
        <w:autoSpaceDE w:val="0"/>
        <w:autoSpaceDN w:val="0"/>
        <w:spacing w:before="182" w:after="0" w:line="245" w:lineRule="auto"/>
        <w:ind w:right="288"/>
        <w:rPr>
          <w:rFonts w:ascii="Arial" w:eastAsia="Arial" w:hAnsi="Arial"/>
          <w:color w:val="000000"/>
          <w:sz w:val="18"/>
          <w:lang w:val="pl-PL"/>
        </w:rPr>
      </w:pPr>
      <w:r w:rsidRPr="001D06BA">
        <w:rPr>
          <w:rFonts w:ascii="Arial" w:eastAsia="Arial" w:hAnsi="Arial"/>
          <w:b/>
          <w:color w:val="000000"/>
          <w:sz w:val="18"/>
          <w:lang w:val="pl-PL"/>
        </w:rPr>
        <w:t>6.4.1).</w:t>
      </w:r>
      <w:r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1D06BA">
        <w:rPr>
          <w:rFonts w:ascii="Arial" w:eastAsia="Arial" w:hAnsi="Arial"/>
          <w:color w:val="000000"/>
          <w:sz w:val="18"/>
          <w:lang w:val="pl-PL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 Pełnomocnictwo należy załączyć do oferty.</w:t>
      </w:r>
    </w:p>
    <w:p w:rsidR="001D06BA" w:rsidRPr="001D06BA" w:rsidRDefault="001D06BA" w:rsidP="001D06BA">
      <w:pPr>
        <w:autoSpaceDE w:val="0"/>
        <w:autoSpaceDN w:val="0"/>
        <w:spacing w:before="182" w:after="0" w:line="245" w:lineRule="auto"/>
        <w:ind w:right="288"/>
        <w:rPr>
          <w:rFonts w:ascii="Arial" w:eastAsia="Arial" w:hAnsi="Arial"/>
          <w:color w:val="000000"/>
          <w:sz w:val="18"/>
          <w:lang w:val="pl-PL"/>
        </w:rPr>
      </w:pPr>
      <w:r w:rsidRPr="001D06BA">
        <w:rPr>
          <w:rFonts w:ascii="Arial" w:eastAsia="Arial" w:hAnsi="Arial"/>
          <w:b/>
          <w:color w:val="000000"/>
          <w:sz w:val="18"/>
          <w:lang w:val="pl-PL"/>
        </w:rPr>
        <w:t>6.4.2).</w:t>
      </w:r>
      <w:r>
        <w:rPr>
          <w:rFonts w:ascii="Arial" w:eastAsia="Arial" w:hAnsi="Arial"/>
          <w:color w:val="000000"/>
          <w:sz w:val="18"/>
          <w:lang w:val="pl-PL"/>
        </w:rPr>
        <w:t xml:space="preserve"> </w:t>
      </w:r>
      <w:r w:rsidRPr="001D06BA">
        <w:rPr>
          <w:rFonts w:ascii="Arial" w:eastAsia="Arial" w:hAnsi="Arial"/>
          <w:color w:val="000000"/>
          <w:sz w:val="18"/>
          <w:lang w:val="pl-PL"/>
        </w:rPr>
        <w:t>Jeżeli w postępowaniu o udzielenie zamówienia publicznego zostanie wybrana oferta wykonawców wspólnie ubiegających się o udzielenie zamówienia, Zamawiający może żądać przed zawarciem umowy w sprawie zamówienia publicznego kopii umowy regulującej współpracę tych Wykonawców.</w:t>
      </w:r>
    </w:p>
    <w:p w:rsidR="00FC766D" w:rsidRPr="00E4441B" w:rsidRDefault="000176E0">
      <w:pPr>
        <w:autoSpaceDE w:val="0"/>
        <w:autoSpaceDN w:val="0"/>
        <w:spacing w:before="180" w:after="166" w:line="245" w:lineRule="auto"/>
        <w:ind w:right="864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6.5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Zamawiający przewiduje unieważnienie postępowania, jeśli środki publiczne, które zamierzał przeznaczyć na sfinansowanie całości lub części zamówienia nie zostały przyznane: </w:t>
      </w:r>
      <w:r w:rsidR="00344A6D"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 w:rsidRPr="00466E22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Pr="00E4441B" w:rsidRDefault="00344A6D">
            <w:pPr>
              <w:autoSpaceDE w:val="0"/>
              <w:autoSpaceDN w:val="0"/>
              <w:spacing w:before="6" w:after="0" w:line="233" w:lineRule="auto"/>
              <w:ind w:left="84"/>
              <w:rPr>
                <w:lang w:val="pl-PL"/>
              </w:rPr>
            </w:pPr>
            <w:r w:rsidRPr="00E4441B">
              <w:rPr>
                <w:rFonts w:ascii="Arial" w:eastAsia="Arial" w:hAnsi="Arial"/>
                <w:b/>
                <w:color w:val="000000"/>
                <w:w w:val="101"/>
                <w:sz w:val="19"/>
                <w:lang w:val="pl-PL"/>
              </w:rPr>
              <w:t>SEKCJA VII - PROJEKTOWANE POSTANOWIENIA UMOWY</w:t>
            </w:r>
          </w:p>
        </w:tc>
      </w:tr>
    </w:tbl>
    <w:p w:rsidR="00FC766D" w:rsidRPr="00E4441B" w:rsidRDefault="00344A6D">
      <w:pPr>
        <w:autoSpaceDE w:val="0"/>
        <w:autoSpaceDN w:val="0"/>
        <w:spacing w:before="244" w:after="0" w:line="235" w:lineRule="auto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7.1.) Zamawiający przewiduje udzielenia zaliczek: </w:t>
      </w:r>
      <w:r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p w:rsidR="00FC766D" w:rsidRPr="001B108D" w:rsidRDefault="001B108D">
      <w:pPr>
        <w:autoSpaceDE w:val="0"/>
        <w:autoSpaceDN w:val="0"/>
        <w:spacing w:before="182" w:after="0" w:line="235" w:lineRule="auto"/>
        <w:rPr>
          <w:color w:val="000000" w:themeColor="text1"/>
          <w:lang w:val="pl-PL"/>
        </w:rPr>
      </w:pPr>
      <w:r>
        <w:rPr>
          <w:rFonts w:ascii="Arial" w:eastAsia="Arial" w:hAnsi="Arial"/>
          <w:b/>
          <w:color w:val="000000" w:themeColor="text1"/>
          <w:sz w:val="18"/>
          <w:lang w:val="pl-PL"/>
        </w:rPr>
        <w:t>7.2</w:t>
      </w:r>
      <w:r w:rsidR="00344A6D" w:rsidRPr="001B108D">
        <w:rPr>
          <w:rFonts w:ascii="Arial" w:eastAsia="Arial" w:hAnsi="Arial"/>
          <w:b/>
          <w:color w:val="000000" w:themeColor="text1"/>
          <w:sz w:val="18"/>
          <w:lang w:val="pl-PL"/>
        </w:rPr>
        <w:t xml:space="preserve">.) Zamawiający przewiduje zmiany umowy: </w:t>
      </w:r>
      <w:r w:rsidR="00344A6D" w:rsidRPr="001B108D">
        <w:rPr>
          <w:rFonts w:ascii="Arial" w:eastAsia="Arial" w:hAnsi="Arial"/>
          <w:color w:val="000000" w:themeColor="text1"/>
          <w:sz w:val="18"/>
          <w:lang w:val="pl-PL"/>
        </w:rPr>
        <w:t>Tak</w:t>
      </w:r>
    </w:p>
    <w:p w:rsidR="00FC766D" w:rsidRPr="00E4441B" w:rsidRDefault="001B108D">
      <w:pPr>
        <w:autoSpaceDE w:val="0"/>
        <w:autoSpaceDN w:val="0"/>
        <w:spacing w:before="182" w:after="0" w:line="245" w:lineRule="auto"/>
        <w:ind w:right="4752"/>
        <w:rPr>
          <w:lang w:val="pl-PL"/>
        </w:rPr>
      </w:pPr>
      <w:r>
        <w:rPr>
          <w:rFonts w:ascii="Arial" w:eastAsia="Arial" w:hAnsi="Arial"/>
          <w:b/>
          <w:color w:val="000000"/>
          <w:sz w:val="18"/>
          <w:lang w:val="pl-PL"/>
        </w:rPr>
        <w:t>7.3</w:t>
      </w:r>
      <w:r w:rsidR="00344A6D" w:rsidRPr="00E4441B">
        <w:rPr>
          <w:rFonts w:ascii="Arial" w:eastAsia="Arial" w:hAnsi="Arial"/>
          <w:b/>
          <w:color w:val="000000"/>
          <w:sz w:val="18"/>
          <w:lang w:val="pl-PL"/>
        </w:rPr>
        <w:t xml:space="preserve">.) Rodzaj i zakres zmian umowy oraz warunki ich wprowadzenia: </w:t>
      </w:r>
      <w:r>
        <w:rPr>
          <w:rFonts w:ascii="Arial" w:eastAsia="Arial" w:hAnsi="Arial"/>
          <w:color w:val="000000"/>
          <w:w w:val="101"/>
          <w:sz w:val="19"/>
          <w:lang w:val="pl-PL"/>
        </w:rPr>
        <w:t>Zgodnie z załącznikiem nr 3</w:t>
      </w:r>
      <w:r w:rsidR="00344A6D" w:rsidRPr="00E4441B">
        <w:rPr>
          <w:rFonts w:ascii="Arial" w:eastAsia="Arial" w:hAnsi="Arial"/>
          <w:color w:val="000000"/>
          <w:w w:val="101"/>
          <w:sz w:val="19"/>
          <w:lang w:val="pl-PL"/>
        </w:rPr>
        <w:t xml:space="preserve"> do SWZ wzór umowy</w:t>
      </w:r>
      <w:r>
        <w:rPr>
          <w:rFonts w:ascii="Arial" w:eastAsia="Arial" w:hAnsi="Arial"/>
          <w:color w:val="000000"/>
          <w:w w:val="101"/>
          <w:sz w:val="19"/>
          <w:lang w:val="pl-PL"/>
        </w:rPr>
        <w:t>.</w:t>
      </w:r>
    </w:p>
    <w:p w:rsidR="00FC766D" w:rsidRPr="00E4441B" w:rsidRDefault="00344A6D">
      <w:pPr>
        <w:autoSpaceDE w:val="0"/>
        <w:autoSpaceDN w:val="0"/>
        <w:spacing w:before="180" w:after="166" w:line="245" w:lineRule="auto"/>
        <w:ind w:right="1008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7.5.) Zamawiający uwzględnił aspekty społeczne, środowiskowe, innowacyjne lub etykiety związane z realizacją zamówienia: </w:t>
      </w:r>
      <w:r w:rsidRPr="00E4441B">
        <w:rPr>
          <w:rFonts w:ascii="Arial" w:eastAsia="Arial" w:hAnsi="Arial"/>
          <w:color w:val="000000"/>
          <w:sz w:val="18"/>
          <w:lang w:val="pl-PL"/>
        </w:rPr>
        <w:t>Nie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6" w:after="0" w:line="233" w:lineRule="auto"/>
              <w:ind w:left="84"/>
            </w:pP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t>SEKCJA VIII – PROCEDURA</w:t>
            </w:r>
          </w:p>
        </w:tc>
      </w:tr>
    </w:tbl>
    <w:p w:rsidR="001B108D" w:rsidRPr="001B108D" w:rsidRDefault="00344A6D" w:rsidP="001B108D">
      <w:pPr>
        <w:autoSpaceDE w:val="0"/>
        <w:autoSpaceDN w:val="0"/>
        <w:spacing w:before="246" w:after="44" w:line="233" w:lineRule="auto"/>
        <w:rPr>
          <w:color w:val="FF0000"/>
          <w:lang w:val="pl-PL"/>
        </w:rPr>
      </w:pPr>
      <w:r w:rsidRPr="001B108D">
        <w:rPr>
          <w:rFonts w:ascii="Arial" w:eastAsia="Arial" w:hAnsi="Arial"/>
          <w:b/>
          <w:color w:val="000000" w:themeColor="text1"/>
          <w:sz w:val="18"/>
          <w:lang w:val="pl-PL"/>
        </w:rPr>
        <w:t xml:space="preserve">8.1.) Termin składania ofert: </w:t>
      </w:r>
      <w:r w:rsidR="00556E4E">
        <w:rPr>
          <w:rFonts w:ascii="Arial" w:eastAsia="Arial" w:hAnsi="Arial"/>
          <w:color w:val="000000"/>
          <w:w w:val="101"/>
          <w:sz w:val="19"/>
          <w:lang w:val="pl-PL"/>
        </w:rPr>
        <w:t>19</w:t>
      </w:r>
      <w:r w:rsidR="001B108D">
        <w:rPr>
          <w:rFonts w:ascii="Arial" w:eastAsia="Arial" w:hAnsi="Arial"/>
          <w:color w:val="000000"/>
          <w:w w:val="101"/>
          <w:sz w:val="19"/>
          <w:lang w:val="pl-PL"/>
        </w:rPr>
        <w:t>.12.</w:t>
      </w:r>
      <w:r w:rsidR="001B108D" w:rsidRPr="000176E0">
        <w:rPr>
          <w:rFonts w:ascii="Arial" w:eastAsia="Arial" w:hAnsi="Arial"/>
          <w:color w:val="000000"/>
          <w:w w:val="101"/>
          <w:sz w:val="19"/>
          <w:lang w:val="pl-PL"/>
        </w:rPr>
        <w:t>2022 r. do godziny 10:30</w:t>
      </w:r>
      <w:r w:rsidR="001B108D">
        <w:rPr>
          <w:rFonts w:ascii="Arial" w:eastAsia="Arial" w:hAnsi="Arial"/>
          <w:color w:val="000000"/>
          <w:w w:val="101"/>
          <w:sz w:val="19"/>
          <w:lang w:val="pl-PL"/>
        </w:rPr>
        <w:t>.</w:t>
      </w:r>
    </w:p>
    <w:p w:rsidR="00FC766D" w:rsidRPr="00E4441B" w:rsidRDefault="00344A6D" w:rsidP="001B108D">
      <w:pPr>
        <w:autoSpaceDE w:val="0"/>
        <w:autoSpaceDN w:val="0"/>
        <w:spacing w:before="246" w:after="44" w:line="233" w:lineRule="auto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8.2.) Miejsce składania ofert: </w:t>
      </w:r>
      <w:r w:rsidR="001B108D" w:rsidRPr="000176E0">
        <w:rPr>
          <w:rFonts w:ascii="Arial" w:eastAsia="Arial" w:hAnsi="Arial"/>
          <w:color w:val="000000"/>
          <w:w w:val="101"/>
          <w:sz w:val="19"/>
          <w:lang w:val="pl-PL"/>
        </w:rPr>
        <w:t>Urzędzie Gminy Złota, ul. Sienkiewicza 79,  28-425 Złota, pokój nr 8 – sek</w:t>
      </w:r>
      <w:r w:rsidR="00556E4E">
        <w:rPr>
          <w:rFonts w:ascii="Arial" w:eastAsia="Arial" w:hAnsi="Arial"/>
          <w:color w:val="000000"/>
          <w:w w:val="101"/>
          <w:sz w:val="19"/>
          <w:lang w:val="pl-PL"/>
        </w:rPr>
        <w:t>retariat.</w:t>
      </w:r>
    </w:p>
    <w:p w:rsidR="00FC766D" w:rsidRPr="00E4441B" w:rsidRDefault="00344A6D">
      <w:pPr>
        <w:autoSpaceDE w:val="0"/>
        <w:autoSpaceDN w:val="0"/>
        <w:spacing w:before="184" w:after="0" w:line="233" w:lineRule="auto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8.3.) Termin otwarcia ofert: </w:t>
      </w:r>
      <w:r w:rsidR="00556E4E">
        <w:rPr>
          <w:rFonts w:ascii="Arial" w:eastAsia="Arial" w:hAnsi="Arial"/>
          <w:color w:val="000000"/>
          <w:sz w:val="18"/>
          <w:lang w:val="pl-PL"/>
        </w:rPr>
        <w:t>19</w:t>
      </w:r>
      <w:r w:rsidR="001B108D" w:rsidRPr="001B108D">
        <w:rPr>
          <w:rFonts w:ascii="Arial" w:eastAsia="Arial" w:hAnsi="Arial"/>
          <w:color w:val="000000"/>
          <w:sz w:val="18"/>
          <w:lang w:val="pl-PL"/>
        </w:rPr>
        <w:t>.12.2022 r.</w:t>
      </w:r>
      <w:r w:rsidR="00556E4E">
        <w:rPr>
          <w:rFonts w:ascii="Arial" w:eastAsia="Arial" w:hAnsi="Arial"/>
          <w:color w:val="000000"/>
          <w:sz w:val="18"/>
          <w:lang w:val="pl-PL"/>
        </w:rPr>
        <w:t>, godz. 12</w:t>
      </w:r>
      <w:r w:rsidR="001B108D">
        <w:rPr>
          <w:rFonts w:ascii="Arial" w:eastAsia="Arial" w:hAnsi="Arial"/>
          <w:color w:val="000000"/>
          <w:sz w:val="18"/>
          <w:lang w:val="pl-PL"/>
        </w:rPr>
        <w:t>:00.</w:t>
      </w:r>
    </w:p>
    <w:p w:rsidR="00FC766D" w:rsidRPr="001B108D" w:rsidRDefault="00344A6D">
      <w:pPr>
        <w:autoSpaceDE w:val="0"/>
        <w:autoSpaceDN w:val="0"/>
        <w:spacing w:before="184" w:after="166" w:line="233" w:lineRule="auto"/>
        <w:rPr>
          <w:lang w:val="pl-PL"/>
        </w:rPr>
      </w:pPr>
      <w:r w:rsidRPr="00E4441B">
        <w:rPr>
          <w:rFonts w:ascii="Arial" w:eastAsia="Arial" w:hAnsi="Arial"/>
          <w:b/>
          <w:color w:val="000000"/>
          <w:sz w:val="18"/>
          <w:lang w:val="pl-PL"/>
        </w:rPr>
        <w:t xml:space="preserve">8.4.) Termin związania ofertą: </w:t>
      </w:r>
      <w:r w:rsidR="001B108D" w:rsidRPr="001B108D">
        <w:rPr>
          <w:rFonts w:ascii="Arial" w:eastAsia="Arial" w:hAnsi="Arial"/>
          <w:color w:val="000000"/>
          <w:sz w:val="18"/>
          <w:lang w:val="pl-PL"/>
        </w:rPr>
        <w:t>30 dni od daty złożenia.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10552"/>
      </w:tblGrid>
      <w:tr w:rsidR="00FC766D">
        <w:trPr>
          <w:trHeight w:hRule="exact" w:val="240"/>
        </w:trPr>
        <w:tc>
          <w:tcPr>
            <w:tcW w:w="10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0" w:type="dxa"/>
              <w:right w:w="0" w:type="dxa"/>
            </w:tcMar>
          </w:tcPr>
          <w:p w:rsidR="00FC766D" w:rsidRDefault="00344A6D">
            <w:pPr>
              <w:autoSpaceDE w:val="0"/>
              <w:autoSpaceDN w:val="0"/>
              <w:spacing w:before="6" w:after="0" w:line="235" w:lineRule="auto"/>
              <w:ind w:left="84"/>
            </w:pPr>
            <w:r w:rsidRPr="001B108D">
              <w:rPr>
                <w:rFonts w:ascii="Arial" w:eastAsia="Arial" w:hAnsi="Arial"/>
                <w:b/>
                <w:color w:val="000000"/>
                <w:w w:val="101"/>
                <w:sz w:val="19"/>
                <w:lang w:val="pl-PL"/>
              </w:rPr>
              <w:t>SEKCJA IX – POZ</w:t>
            </w:r>
            <w:r>
              <w:rPr>
                <w:rFonts w:ascii="Arial" w:eastAsia="Arial" w:hAnsi="Arial"/>
                <w:b/>
                <w:color w:val="000000"/>
                <w:w w:val="101"/>
                <w:sz w:val="19"/>
              </w:rPr>
              <w:t>OSTAŁE INFORMACJE</w:t>
            </w:r>
          </w:p>
        </w:tc>
      </w:tr>
    </w:tbl>
    <w:p w:rsidR="00196EE7" w:rsidRPr="00196EE7" w:rsidRDefault="001B108D" w:rsidP="00196EE7">
      <w:pPr>
        <w:autoSpaceDE w:val="0"/>
        <w:autoSpaceDN w:val="0"/>
        <w:spacing w:before="246" w:after="0" w:line="245" w:lineRule="auto"/>
        <w:ind w:right="432"/>
        <w:rPr>
          <w:rFonts w:ascii="Arial" w:eastAsia="Arial" w:hAnsi="Arial"/>
          <w:color w:val="000000"/>
          <w:w w:val="101"/>
          <w:sz w:val="19"/>
          <w:lang w:val="pl-PL"/>
        </w:rPr>
      </w:pPr>
      <w:r w:rsidRPr="001B108D">
        <w:rPr>
          <w:rFonts w:ascii="Arial" w:eastAsia="Arial" w:hAnsi="Arial"/>
          <w:b/>
          <w:color w:val="000000"/>
          <w:w w:val="101"/>
          <w:sz w:val="18"/>
          <w:szCs w:val="18"/>
          <w:lang w:val="pl-PL"/>
        </w:rPr>
        <w:t>9.1</w:t>
      </w:r>
      <w:r w:rsidRPr="001B108D">
        <w:rPr>
          <w:rFonts w:ascii="Arial" w:eastAsia="Arial" w:hAnsi="Arial"/>
          <w:b/>
          <w:color w:val="000000"/>
          <w:w w:val="101"/>
          <w:sz w:val="19"/>
          <w:lang w:val="pl-PL"/>
        </w:rPr>
        <w:t>)</w:t>
      </w:r>
      <w:r>
        <w:rPr>
          <w:rFonts w:ascii="Arial" w:eastAsia="Arial" w:hAnsi="Arial"/>
          <w:color w:val="000000"/>
          <w:w w:val="101"/>
          <w:sz w:val="19"/>
          <w:lang w:val="pl-PL"/>
        </w:rPr>
        <w:t xml:space="preserve"> </w:t>
      </w:r>
      <w:r w:rsidRPr="001B108D">
        <w:rPr>
          <w:rFonts w:ascii="Arial" w:eastAsia="Arial" w:hAnsi="Arial"/>
          <w:color w:val="000000"/>
          <w:w w:val="101"/>
          <w:sz w:val="19"/>
          <w:lang w:val="pl-PL"/>
        </w:rPr>
        <w:t>Informacje o sposobie porozumiewania się zamawiającego z wykonawcami oraz przekazywania oświadczeń lub dokumentów, a także wskazanie osób uprawnionych do por</w:t>
      </w:r>
      <w:r>
        <w:rPr>
          <w:rFonts w:ascii="Arial" w:eastAsia="Arial" w:hAnsi="Arial"/>
          <w:color w:val="000000"/>
          <w:w w:val="101"/>
          <w:sz w:val="19"/>
          <w:lang w:val="pl-PL"/>
        </w:rPr>
        <w:t xml:space="preserve">ozumiewania się z wykonawcami: </w:t>
      </w:r>
      <w:r w:rsidRPr="001B108D">
        <w:rPr>
          <w:rFonts w:ascii="Arial" w:eastAsia="Arial" w:hAnsi="Arial"/>
          <w:color w:val="000000"/>
          <w:w w:val="101"/>
          <w:sz w:val="19"/>
          <w:lang w:val="pl-PL"/>
        </w:rPr>
        <w:t xml:space="preserve">pisemnie lub e-mailem;  </w:t>
      </w:r>
      <w:hyperlink r:id="rId9" w:history="1">
        <w:r w:rsidR="00196EE7" w:rsidRPr="00AF0E17">
          <w:rPr>
            <w:rStyle w:val="Hipercze"/>
            <w:rFonts w:ascii="Arial" w:eastAsia="Arial" w:hAnsi="Arial"/>
            <w:w w:val="101"/>
            <w:sz w:val="19"/>
            <w:lang w:val="pl-PL"/>
          </w:rPr>
          <w:t>ug@gminazlota.pl</w:t>
        </w:r>
      </w:hyperlink>
      <w:r w:rsidR="00196EE7">
        <w:rPr>
          <w:rFonts w:ascii="Arial" w:eastAsia="Arial" w:hAnsi="Arial"/>
          <w:color w:val="000000"/>
          <w:w w:val="101"/>
          <w:sz w:val="19"/>
          <w:lang w:val="pl-PL"/>
        </w:rPr>
        <w:br/>
      </w:r>
    </w:p>
    <w:p w:rsidR="00FC766D" w:rsidRPr="00E4441B" w:rsidRDefault="001B108D" w:rsidP="003246C1">
      <w:pPr>
        <w:tabs>
          <w:tab w:val="left" w:pos="0"/>
        </w:tabs>
        <w:spacing w:line="360" w:lineRule="auto"/>
        <w:jc w:val="center"/>
        <w:rPr>
          <w:lang w:val="pl-PL"/>
        </w:rPr>
      </w:pPr>
      <w:r w:rsidRPr="001B108D">
        <w:rPr>
          <w:b/>
          <w:i/>
          <w:u w:val="single"/>
          <w:lang w:val="pl-PL"/>
        </w:rPr>
        <w:t>Postępowanie o udzielenie zamówienia jest prowadzone zgodnie z re</w:t>
      </w:r>
      <w:r w:rsidR="00196EE7">
        <w:rPr>
          <w:b/>
          <w:i/>
          <w:u w:val="single"/>
          <w:lang w:val="pl-PL"/>
        </w:rPr>
        <w:t xml:space="preserve">gulaminem udzielania zamówień o </w:t>
      </w:r>
      <w:r w:rsidRPr="001B108D">
        <w:rPr>
          <w:b/>
          <w:i/>
          <w:u w:val="single"/>
          <w:lang w:val="pl-PL"/>
        </w:rPr>
        <w:t>wartości nie przekraczającej wyrażonej w złotych ró</w:t>
      </w:r>
      <w:r w:rsidR="003246C1">
        <w:rPr>
          <w:b/>
          <w:i/>
          <w:u w:val="single"/>
          <w:lang w:val="pl-PL"/>
        </w:rPr>
        <w:t>wnowartości kwoty 130 000,00 zł</w:t>
      </w:r>
    </w:p>
    <w:sectPr w:rsidR="00FC766D" w:rsidRPr="00E4441B" w:rsidSect="003246C1">
      <w:headerReference w:type="default" r:id="rId10"/>
      <w:footerReference w:type="default" r:id="rId11"/>
      <w:type w:val="nextColumn"/>
      <w:pgSz w:w="11900" w:h="16840"/>
      <w:pgMar w:top="54" w:right="650" w:bottom="44" w:left="666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9FD" w:rsidRDefault="005849FD" w:rsidP="003246C1">
      <w:pPr>
        <w:spacing w:after="0" w:line="240" w:lineRule="auto"/>
      </w:pPr>
      <w:r>
        <w:separator/>
      </w:r>
    </w:p>
  </w:endnote>
  <w:endnote w:type="continuationSeparator" w:id="0">
    <w:p w:rsidR="005849FD" w:rsidRDefault="005849FD" w:rsidP="00324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306427"/>
      <w:docPartObj>
        <w:docPartGallery w:val="Page Numbers (Bottom of Page)"/>
        <w:docPartUnique/>
      </w:docPartObj>
    </w:sdtPr>
    <w:sdtEndPr/>
    <w:sdtContent>
      <w:p w:rsidR="0078775A" w:rsidRDefault="007877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E22" w:rsidRPr="00466E22">
          <w:rPr>
            <w:noProof/>
            <w:lang w:val="pl-PL"/>
          </w:rPr>
          <w:t>3</w:t>
        </w:r>
        <w:r>
          <w:fldChar w:fldCharType="end"/>
        </w:r>
      </w:p>
    </w:sdtContent>
  </w:sdt>
  <w:p w:rsidR="0078775A" w:rsidRDefault="007877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9FD" w:rsidRDefault="005849FD" w:rsidP="003246C1">
      <w:pPr>
        <w:spacing w:after="0" w:line="240" w:lineRule="auto"/>
      </w:pPr>
      <w:r>
        <w:separator/>
      </w:r>
    </w:p>
  </w:footnote>
  <w:footnote w:type="continuationSeparator" w:id="0">
    <w:p w:rsidR="005849FD" w:rsidRDefault="005849FD" w:rsidP="00324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6C1" w:rsidRDefault="003246C1" w:rsidP="003246C1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098B9D60" wp14:editId="4C212CB0">
          <wp:extent cx="5765800" cy="600710"/>
          <wp:effectExtent l="0" t="0" r="0" b="0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5800" cy="600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246C1" w:rsidRDefault="003246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76E0"/>
    <w:rsid w:val="00034616"/>
    <w:rsid w:val="0006063C"/>
    <w:rsid w:val="000C5C57"/>
    <w:rsid w:val="000D2692"/>
    <w:rsid w:val="00104F39"/>
    <w:rsid w:val="00135E40"/>
    <w:rsid w:val="0015074B"/>
    <w:rsid w:val="00196EE7"/>
    <w:rsid w:val="001B108D"/>
    <w:rsid w:val="001D06BA"/>
    <w:rsid w:val="0029639D"/>
    <w:rsid w:val="003246C1"/>
    <w:rsid w:val="00326F90"/>
    <w:rsid w:val="00344A6D"/>
    <w:rsid w:val="003A0AEE"/>
    <w:rsid w:val="00463F55"/>
    <w:rsid w:val="00466E22"/>
    <w:rsid w:val="004948F9"/>
    <w:rsid w:val="00556E4E"/>
    <w:rsid w:val="005849FD"/>
    <w:rsid w:val="006452C4"/>
    <w:rsid w:val="00755A1E"/>
    <w:rsid w:val="0078775A"/>
    <w:rsid w:val="008A1F44"/>
    <w:rsid w:val="009134CB"/>
    <w:rsid w:val="00AA1D8D"/>
    <w:rsid w:val="00AF1F20"/>
    <w:rsid w:val="00B47730"/>
    <w:rsid w:val="00BC751F"/>
    <w:rsid w:val="00C1540B"/>
    <w:rsid w:val="00CB0664"/>
    <w:rsid w:val="00D078CB"/>
    <w:rsid w:val="00E2140A"/>
    <w:rsid w:val="00E4441B"/>
    <w:rsid w:val="00FC693F"/>
    <w:rsid w:val="00FC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0176E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4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6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0176E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4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6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ug@gminazlot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3025C57-FCFD-4713-A657-4EAE7430B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1521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10626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Pawel</cp:lastModifiedBy>
  <cp:revision>18</cp:revision>
  <cp:lastPrinted>2022-12-08T12:09:00Z</cp:lastPrinted>
  <dcterms:created xsi:type="dcterms:W3CDTF">2013-12-23T23:15:00Z</dcterms:created>
  <dcterms:modified xsi:type="dcterms:W3CDTF">2022-12-09T11:48:00Z</dcterms:modified>
  <cp:category/>
</cp:coreProperties>
</file>